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7BB25"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78D36D9A"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6220B41D"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1BAAB074"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7E40058A"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79217032"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12DA321E"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57C1576E"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2F43E915"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5B51A777"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66925C17"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17E3D2B9"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1A17BA0F"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1B49836E"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6E43CC5A"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3A039E25"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37D6B84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43673BAD"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6A69402D"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62CFE08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5BE48CC1" w14:textId="77777777" w:rsidR="00913BB3" w:rsidRDefault="00913BB3" w:rsidP="00687C7F">
      <w:pPr>
        <w:jc w:val="both"/>
        <w:rPr>
          <w:rFonts w:asciiTheme="majorBidi" w:hAnsiTheme="majorBidi" w:cstheme="majorBidi"/>
        </w:rPr>
      </w:pPr>
      <w:r>
        <w:rPr>
          <w:rFonts w:asciiTheme="majorBidi" w:hAnsiTheme="majorBidi" w:cstheme="majorBidi"/>
        </w:rPr>
        <w:t>(1)</w:t>
      </w:r>
    </w:p>
    <w:p w14:paraId="69F8A46C"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02C8BB0C" w14:textId="77777777" w:rsidR="00687C7F" w:rsidRPr="00687C7F" w:rsidRDefault="00687C7F" w:rsidP="00687C7F">
      <w:pPr>
        <w:jc w:val="both"/>
        <w:rPr>
          <w:rFonts w:asciiTheme="majorBidi" w:hAnsiTheme="majorBidi" w:cstheme="majorBidi"/>
          <w:b/>
          <w:bCs/>
        </w:rPr>
      </w:pPr>
    </w:p>
    <w:p w14:paraId="69BC7FD7"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7F815C0E"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20B58D15" w14:textId="77777777" w:rsidR="00687C7F" w:rsidRPr="00687C7F" w:rsidRDefault="00687C7F" w:rsidP="00687C7F">
      <w:pPr>
        <w:jc w:val="both"/>
        <w:rPr>
          <w:rFonts w:asciiTheme="majorBidi" w:hAnsiTheme="majorBidi" w:cstheme="majorBidi"/>
        </w:rPr>
      </w:pPr>
    </w:p>
    <w:p w14:paraId="6FF22C2D" w14:textId="77777777" w:rsidR="00687C7F" w:rsidRPr="00687C7F" w:rsidRDefault="00687C7F" w:rsidP="00687C7F">
      <w:pPr>
        <w:jc w:val="both"/>
        <w:rPr>
          <w:rFonts w:asciiTheme="majorBidi" w:eastAsia="Times New Roman" w:hAnsiTheme="majorBidi" w:cstheme="majorBidi"/>
          <w:b/>
          <w:bCs/>
          <w:sz w:val="22"/>
          <w:lang w:eastAsia="de-DE"/>
        </w:rPr>
      </w:pPr>
    </w:p>
    <w:p w14:paraId="3895BA7A"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60B81FD9"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31FA52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010746E"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24F8BE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45638326"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2AAA160"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6FD95A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963D15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3F94D0D3"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5AB22A6"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15CE59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3E1916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302AEFF1"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B1BFA6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B6233C3"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1687A5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7A43C631" w14:textId="77777777" w:rsidR="00687C7F" w:rsidRPr="00687C7F" w:rsidRDefault="00687C7F" w:rsidP="00687C7F">
      <w:pPr>
        <w:jc w:val="both"/>
        <w:rPr>
          <w:rFonts w:asciiTheme="majorBidi" w:hAnsiTheme="majorBidi" w:cstheme="majorBidi"/>
        </w:rPr>
      </w:pPr>
    </w:p>
    <w:p w14:paraId="1517373F" w14:textId="77777777" w:rsidR="00383F0F" w:rsidRPr="00687C7F" w:rsidRDefault="00383F0F" w:rsidP="00687C7F">
      <w:pPr>
        <w:jc w:val="both"/>
        <w:rPr>
          <w:rFonts w:asciiTheme="majorBidi" w:hAnsiTheme="majorBidi" w:cstheme="majorBidi"/>
        </w:rPr>
      </w:pPr>
    </w:p>
    <w:p w14:paraId="36AF1FAA"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31F6D0A5" wp14:editId="64AF1983">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775E83F0"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7FF87D74" w14:textId="77777777" w:rsidR="00383F0F" w:rsidRPr="00687C7F" w:rsidRDefault="00383F0F" w:rsidP="00687C7F">
      <w:pPr>
        <w:jc w:val="both"/>
        <w:rPr>
          <w:rFonts w:asciiTheme="majorBidi" w:hAnsiTheme="majorBidi" w:cstheme="majorBidi"/>
          <w:b/>
          <w:bCs/>
          <w:sz w:val="22"/>
          <w:szCs w:val="20"/>
        </w:rPr>
      </w:pPr>
    </w:p>
    <w:p w14:paraId="7AF1C14D"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2791920C"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169C9F91"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11A242EA"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18EDB831"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72BFF794"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4989E96B"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4ACC831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22CCEACF"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2A58D38E"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2CB8A596"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42B52B68"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3B4F0C4C"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62979F71"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6DCC981A"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5CF4066B"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18A72325" w14:textId="77777777" w:rsidR="00E01F49" w:rsidRDefault="00E01F49" w:rsidP="00655BFE">
      <w:pPr>
        <w:jc w:val="both"/>
        <w:rPr>
          <w:rFonts w:asciiTheme="majorBidi" w:hAnsiTheme="majorBidi" w:cstheme="majorBidi"/>
          <w:rtl/>
        </w:rPr>
      </w:pPr>
    </w:p>
    <w:p w14:paraId="5EFC07F9" w14:textId="77777777" w:rsidR="00E01F49" w:rsidRDefault="00E01F49" w:rsidP="00655BFE">
      <w:pPr>
        <w:jc w:val="both"/>
        <w:rPr>
          <w:rFonts w:asciiTheme="majorBidi" w:hAnsiTheme="majorBidi" w:cstheme="majorBidi"/>
          <w:rtl/>
        </w:rPr>
      </w:pPr>
    </w:p>
    <w:p w14:paraId="05CACAE1" w14:textId="77777777" w:rsidR="00E01F49" w:rsidRDefault="00E01F49" w:rsidP="00655BFE">
      <w:pPr>
        <w:jc w:val="both"/>
        <w:rPr>
          <w:rFonts w:asciiTheme="majorBidi" w:hAnsiTheme="majorBidi" w:cstheme="majorBidi"/>
          <w:rtl/>
        </w:rPr>
      </w:pPr>
    </w:p>
    <w:p w14:paraId="4FD5D109" w14:textId="77777777" w:rsidR="00FB33D3" w:rsidRDefault="00FB33D3" w:rsidP="00655BFE">
      <w:pPr>
        <w:jc w:val="both"/>
        <w:rPr>
          <w:rFonts w:asciiTheme="majorBidi" w:hAnsiTheme="majorBidi" w:cstheme="majorBidi"/>
          <w:rtl/>
        </w:rPr>
      </w:pPr>
    </w:p>
    <w:p w14:paraId="58C1220E" w14:textId="77777777" w:rsidR="00FB33D3" w:rsidRDefault="00FB33D3" w:rsidP="00655BFE">
      <w:pPr>
        <w:jc w:val="both"/>
        <w:rPr>
          <w:rFonts w:asciiTheme="majorBidi" w:hAnsiTheme="majorBidi" w:cstheme="majorBidi"/>
          <w:rtl/>
        </w:rPr>
      </w:pPr>
    </w:p>
    <w:p w14:paraId="0444607C" w14:textId="77777777" w:rsidR="00FB33D3" w:rsidRDefault="00FB33D3" w:rsidP="00655BFE">
      <w:pPr>
        <w:jc w:val="both"/>
        <w:rPr>
          <w:rFonts w:asciiTheme="majorBidi" w:hAnsiTheme="majorBidi" w:cstheme="majorBidi"/>
          <w:rtl/>
        </w:rPr>
      </w:pPr>
    </w:p>
    <w:p w14:paraId="4E363004" w14:textId="77777777" w:rsidR="00FB33D3" w:rsidRDefault="00FB33D3" w:rsidP="00655BFE">
      <w:pPr>
        <w:jc w:val="both"/>
        <w:rPr>
          <w:rFonts w:asciiTheme="majorBidi" w:hAnsiTheme="majorBidi" w:cstheme="majorBidi"/>
          <w:rtl/>
        </w:rPr>
      </w:pPr>
    </w:p>
    <w:p w14:paraId="0FDCE16C" w14:textId="77777777" w:rsidR="00E01F49" w:rsidRDefault="00E01F49" w:rsidP="00655BFE">
      <w:pPr>
        <w:jc w:val="both"/>
        <w:rPr>
          <w:rFonts w:asciiTheme="majorBidi" w:hAnsiTheme="majorBidi" w:cstheme="majorBidi"/>
          <w:rtl/>
        </w:rPr>
      </w:pPr>
    </w:p>
    <w:p w14:paraId="27C0A927"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644803B4" w14:textId="77777777" w:rsidTr="00FB50E0">
        <w:trPr>
          <w:trHeight w:val="398"/>
          <w:jc w:val="center"/>
        </w:trPr>
        <w:tc>
          <w:tcPr>
            <w:tcW w:w="2320" w:type="dxa"/>
            <w:vAlign w:val="center"/>
          </w:tcPr>
          <w:p w14:paraId="25260A7F"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3F6D6EFF"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252B147C" w14:textId="77777777" w:rsidTr="00FB50E0">
        <w:trPr>
          <w:trHeight w:val="377"/>
          <w:jc w:val="center"/>
        </w:trPr>
        <w:tc>
          <w:tcPr>
            <w:tcW w:w="2320" w:type="dxa"/>
            <w:vAlign w:val="center"/>
          </w:tcPr>
          <w:p w14:paraId="39C2ECC7"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060266B6"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47810472" w14:textId="77777777" w:rsidTr="00FB50E0">
        <w:trPr>
          <w:trHeight w:val="377"/>
          <w:jc w:val="center"/>
        </w:trPr>
        <w:tc>
          <w:tcPr>
            <w:tcW w:w="2320" w:type="dxa"/>
            <w:vAlign w:val="center"/>
          </w:tcPr>
          <w:p w14:paraId="00BD8DA7"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02EFE06A"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22E2D683" w14:textId="77777777" w:rsidTr="00FB50E0">
        <w:trPr>
          <w:trHeight w:val="377"/>
          <w:jc w:val="center"/>
        </w:trPr>
        <w:tc>
          <w:tcPr>
            <w:tcW w:w="2320" w:type="dxa"/>
            <w:vAlign w:val="center"/>
          </w:tcPr>
          <w:p w14:paraId="3B9468C2"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4783B5D0"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4F97EF35" w14:textId="77777777" w:rsidTr="00FB50E0">
        <w:trPr>
          <w:trHeight w:val="377"/>
          <w:jc w:val="center"/>
        </w:trPr>
        <w:tc>
          <w:tcPr>
            <w:tcW w:w="2320" w:type="dxa"/>
            <w:vAlign w:val="center"/>
          </w:tcPr>
          <w:p w14:paraId="734C3348"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4D584D3D"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5B1C7983" w14:textId="77777777" w:rsidTr="00FB50E0">
        <w:trPr>
          <w:trHeight w:val="377"/>
          <w:jc w:val="center"/>
        </w:trPr>
        <w:tc>
          <w:tcPr>
            <w:tcW w:w="2320" w:type="dxa"/>
            <w:vAlign w:val="center"/>
          </w:tcPr>
          <w:p w14:paraId="12C09A20"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01E57740"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405E8F8E" w14:textId="77777777" w:rsidTr="00FB50E0">
        <w:trPr>
          <w:trHeight w:val="377"/>
          <w:jc w:val="center"/>
        </w:trPr>
        <w:tc>
          <w:tcPr>
            <w:tcW w:w="2320" w:type="dxa"/>
            <w:vAlign w:val="center"/>
          </w:tcPr>
          <w:p w14:paraId="6E6E7752"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1EE488BD"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07DD74B9" w14:textId="77777777" w:rsidTr="00FB50E0">
        <w:trPr>
          <w:trHeight w:val="377"/>
          <w:jc w:val="center"/>
        </w:trPr>
        <w:tc>
          <w:tcPr>
            <w:tcW w:w="2320" w:type="dxa"/>
            <w:vAlign w:val="center"/>
          </w:tcPr>
          <w:p w14:paraId="06B60CB6"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11125898"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38DDFE8D" w14:textId="77777777" w:rsidTr="00FB50E0">
        <w:trPr>
          <w:trHeight w:val="377"/>
          <w:jc w:val="center"/>
        </w:trPr>
        <w:tc>
          <w:tcPr>
            <w:tcW w:w="2320" w:type="dxa"/>
            <w:vAlign w:val="center"/>
          </w:tcPr>
          <w:p w14:paraId="55D384D8"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2E9C2FAE"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474E1FCC" w14:textId="77777777" w:rsidTr="00FB50E0">
        <w:trPr>
          <w:trHeight w:val="377"/>
          <w:jc w:val="center"/>
        </w:trPr>
        <w:tc>
          <w:tcPr>
            <w:tcW w:w="2320" w:type="dxa"/>
            <w:vAlign w:val="center"/>
          </w:tcPr>
          <w:p w14:paraId="377B46FB"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0F5EEA45"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5EAD966D" w14:textId="77777777" w:rsidTr="00FB50E0">
        <w:trPr>
          <w:trHeight w:val="398"/>
          <w:jc w:val="center"/>
        </w:trPr>
        <w:tc>
          <w:tcPr>
            <w:tcW w:w="2320" w:type="dxa"/>
            <w:vAlign w:val="center"/>
          </w:tcPr>
          <w:p w14:paraId="1B26C0EF"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38C452E9"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4470AF03"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94134" w14:textId="77777777" w:rsidR="00C0472D" w:rsidRDefault="00C0472D" w:rsidP="00FA7B09">
      <w:pPr>
        <w:spacing w:after="0" w:line="240" w:lineRule="auto"/>
      </w:pPr>
      <w:r>
        <w:separator/>
      </w:r>
    </w:p>
  </w:endnote>
  <w:endnote w:type="continuationSeparator" w:id="0">
    <w:p w14:paraId="7ABAA126" w14:textId="77777777" w:rsidR="00C0472D" w:rsidRDefault="00C0472D"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CDA5" w14:textId="77777777" w:rsidR="00C0472D" w:rsidRDefault="00C0472D" w:rsidP="00FA7B09">
      <w:pPr>
        <w:spacing w:after="0" w:line="240" w:lineRule="auto"/>
      </w:pPr>
      <w:r>
        <w:separator/>
      </w:r>
    </w:p>
  </w:footnote>
  <w:footnote w:type="continuationSeparator" w:id="0">
    <w:p w14:paraId="15CCB87E" w14:textId="77777777" w:rsidR="00C0472D" w:rsidRDefault="00C0472D"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92034" w14:textId="10D3ABDB" w:rsidR="00FA7B09" w:rsidRDefault="007837CF" w:rsidP="00CD0866">
    <w:pPr>
      <w:pStyle w:val="Header"/>
    </w:pPr>
    <w:r>
      <w:rPr>
        <w:noProof/>
      </w:rPr>
      <w:drawing>
        <wp:anchor distT="0" distB="0" distL="114300" distR="114300" simplePos="0" relativeHeight="251658240" behindDoc="1" locked="0" layoutInCell="1" allowOverlap="1" wp14:anchorId="2374AAB4" wp14:editId="37FAF813">
          <wp:simplePos x="0" y="0"/>
          <wp:positionH relativeFrom="column">
            <wp:posOffset>-1143000</wp:posOffset>
          </wp:positionH>
          <wp:positionV relativeFrom="paragraph">
            <wp:posOffset>-457200</wp:posOffset>
          </wp:positionV>
          <wp:extent cx="7799070" cy="1485900"/>
          <wp:effectExtent l="0" t="0" r="0" b="0"/>
          <wp:wrapTight wrapText="bothSides">
            <wp:wrapPolygon edited="0">
              <wp:start x="0" y="0"/>
              <wp:lineTo x="0" y="21323"/>
              <wp:lineTo x="21526" y="21323"/>
              <wp:lineTo x="21526"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799070" cy="1485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15074B"/>
    <w:rsid w:val="00197276"/>
    <w:rsid w:val="0029639D"/>
    <w:rsid w:val="00326F90"/>
    <w:rsid w:val="00383F0F"/>
    <w:rsid w:val="00404B2F"/>
    <w:rsid w:val="00655BFE"/>
    <w:rsid w:val="00687C7F"/>
    <w:rsid w:val="00694E62"/>
    <w:rsid w:val="007837CF"/>
    <w:rsid w:val="00913BB3"/>
    <w:rsid w:val="009440B3"/>
    <w:rsid w:val="009E4002"/>
    <w:rsid w:val="009E7020"/>
    <w:rsid w:val="00AA1D8D"/>
    <w:rsid w:val="00B47730"/>
    <w:rsid w:val="00C0472D"/>
    <w:rsid w:val="00CB0664"/>
    <w:rsid w:val="00CD0866"/>
    <w:rsid w:val="00D3645F"/>
    <w:rsid w:val="00D476E3"/>
    <w:rsid w:val="00E01F49"/>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438D41"/>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sciencematerials.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2026-06-21T11:27:00Z</dcterms:modified>
  <cp:category/>
</cp:coreProperties>
</file>